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REGULAMIN</w:t>
        <w:br/>
        <w:t>I SZCZECINECKI BIEG MIKOŁAJÓW</w:t>
      </w:r>
    </w:p>
    <w:p>
      <w:pPr>
        <w:jc w:val="center"/>
      </w:pPr>
      <w:r>
        <w:rPr>
          <w:b/>
        </w:rPr>
        <w:t>6 grudnia 2026 r. (niedziela) • godz. 11:00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6803"/>
      </w:tblGrid>
      <w:tr>
        <w:tc>
          <w:tcPr>
            <w:tcW w:type="dxa" w:w="2268"/>
          </w:tcPr>
          <w:p>
            <w:r>
              <w:rPr>
                <w:b/>
              </w:rPr>
              <w:t>Organizator</w:t>
            </w:r>
          </w:p>
        </w:tc>
        <w:tc>
          <w:tcPr>
            <w:tcW w:type="dxa" w:w="6803"/>
          </w:tcPr>
          <w:p>
            <w:r>
              <w:t>Stowarzyszenie Aktywne Pomorze</w:t>
            </w:r>
          </w:p>
        </w:tc>
      </w:tr>
      <w:tr>
        <w:tc>
          <w:tcPr>
            <w:tcW w:type="dxa" w:w="2268"/>
          </w:tcPr>
          <w:p>
            <w:r>
              <w:rPr>
                <w:b/>
              </w:rPr>
              <w:t>Współorganizatorzy</w:t>
            </w:r>
          </w:p>
        </w:tc>
        <w:tc>
          <w:tcPr>
            <w:tcW w:type="dxa" w:w="6803"/>
          </w:tcPr>
          <w:p>
            <w:r>
              <w:t>Ośrodek Sportu i Rekreacji w Szczecinku (OSiR), Miasto Szczecinek</w:t>
            </w:r>
          </w:p>
        </w:tc>
      </w:tr>
      <w:tr>
        <w:tc>
          <w:tcPr>
            <w:tcW w:type="dxa" w:w="2268"/>
          </w:tcPr>
          <w:p>
            <w:r>
              <w:rPr>
                <w:b/>
              </w:rPr>
              <w:t>Miejsce startu</w:t>
            </w:r>
          </w:p>
        </w:tc>
        <w:tc>
          <w:tcPr>
            <w:tcW w:type="dxa" w:w="6803"/>
          </w:tcPr>
          <w:p>
            <w:r>
              <w:t>OSiR Szczecinek, ul. Piłsudskiego 3</w:t>
            </w:r>
          </w:p>
        </w:tc>
      </w:tr>
      <w:tr>
        <w:tc>
          <w:tcPr>
            <w:tcW w:type="dxa" w:w="2268"/>
          </w:tcPr>
          <w:p>
            <w:r>
              <w:rPr>
                <w:b/>
              </w:rPr>
              <w:t>Trasa</w:t>
            </w:r>
          </w:p>
        </w:tc>
        <w:tc>
          <w:tcPr>
            <w:tcW w:type="dxa" w:w="6803"/>
          </w:tcPr>
          <w:p>
            <w:r>
              <w:t>Park Miejski w Szczecinku</w:t>
            </w:r>
          </w:p>
        </w:tc>
      </w:tr>
      <w:tr>
        <w:tc>
          <w:tcPr>
            <w:tcW w:type="dxa" w:w="2268"/>
          </w:tcPr>
          <w:p>
            <w:r>
              <w:rPr>
                <w:b/>
              </w:rPr>
              <w:t>Dystanse</w:t>
            </w:r>
          </w:p>
        </w:tc>
        <w:tc>
          <w:tcPr>
            <w:tcW w:type="dxa" w:w="6803"/>
          </w:tcPr>
          <w:p>
            <w:r>
              <w:t>2,5 km – marszobieg; 5 km – bieg</w:t>
            </w:r>
          </w:p>
        </w:tc>
      </w:tr>
      <w:tr>
        <w:tc>
          <w:tcPr>
            <w:tcW w:type="dxa" w:w="2268"/>
          </w:tcPr>
          <w:p>
            <w:r>
              <w:rPr>
                <w:b/>
              </w:rPr>
              <w:t>Opłata startowa</w:t>
            </w:r>
          </w:p>
        </w:tc>
        <w:tc>
          <w:tcPr>
            <w:tcW w:type="dxa" w:w="6803"/>
          </w:tcPr>
          <w:p>
            <w:r>
              <w:t>85 zł</w:t>
            </w:r>
          </w:p>
        </w:tc>
      </w:tr>
      <w:tr>
        <w:tc>
          <w:tcPr>
            <w:tcW w:type="dxa" w:w="2268"/>
          </w:tcPr>
          <w:p>
            <w:r>
              <w:rPr>
                <w:b/>
              </w:rPr>
              <w:t>Limit uczestników</w:t>
            </w:r>
          </w:p>
        </w:tc>
        <w:tc>
          <w:tcPr>
            <w:tcW w:type="dxa" w:w="6803"/>
          </w:tcPr>
          <w:p>
            <w:r>
              <w:t>100 osób łącznie na obu dystansach</w:t>
            </w:r>
          </w:p>
        </w:tc>
      </w:tr>
      <w:tr>
        <w:tc>
          <w:tcPr>
            <w:tcW w:type="dxa" w:w="2268"/>
          </w:tcPr>
          <w:p>
            <w:r>
              <w:rPr>
                <w:b/>
              </w:rPr>
              <w:t>Termin zapisów</w:t>
            </w:r>
          </w:p>
        </w:tc>
        <w:tc>
          <w:tcPr>
            <w:tcW w:type="dxa" w:w="6803"/>
          </w:tcPr>
          <w:p>
            <w:r>
              <w:t>do 22 listopada 2026 r. lub do wyczerpania limitu</w:t>
            </w:r>
          </w:p>
        </w:tc>
      </w:tr>
      <w:tr>
        <w:tc>
          <w:tcPr>
            <w:tcW w:type="dxa" w:w="2268"/>
          </w:tcPr>
          <w:p>
            <w:r>
              <w:rPr>
                <w:b/>
              </w:rPr>
              <w:t>Odbiór pakietów</w:t>
            </w:r>
          </w:p>
        </w:tc>
        <w:tc>
          <w:tcPr>
            <w:tcW w:type="dxa" w:w="6803"/>
          </w:tcPr>
          <w:p>
            <w:r>
              <w:t>6 grudnia 2026 r., najpóźniej do godz. 10:30</w:t>
            </w:r>
          </w:p>
        </w:tc>
      </w:tr>
      <w:tr>
        <w:tc>
          <w:tcPr>
            <w:tcW w:type="dxa" w:w="2268"/>
          </w:tcPr>
          <w:p>
            <w:r>
              <w:rPr>
                <w:b/>
              </w:rPr>
              <w:t>Zapisy</w:t>
            </w:r>
          </w:p>
        </w:tc>
        <w:tc>
          <w:tcPr>
            <w:tcW w:type="dxa" w:w="6803"/>
          </w:tcPr>
          <w:p>
            <w:r>
              <w:t>www.rozbiegany.szczecinek.pl lub foxter.pl</w:t>
            </w:r>
          </w:p>
        </w:tc>
      </w:tr>
    </w:tbl>
    <w:p>
      <w:pPr>
        <w:pStyle w:val="Heading1"/>
      </w:pPr>
      <w:r>
        <w:t>I. CEL IMPREZY</w:t>
      </w:r>
    </w:p>
    <w:p>
      <w:pPr>
        <w:ind w:left="312" w:hanging="312"/>
      </w:pPr>
      <w:r>
        <w:rPr>
          <w:b/>
        </w:rPr>
        <w:t xml:space="preserve">1. </w:t>
      </w:r>
      <w:r>
        <w:t>Promowanie zdrowego i aktywnego stylu życia wśród dzieci, młodzieży i dorosłych.</w:t>
      </w:r>
    </w:p>
    <w:p>
      <w:pPr>
        <w:ind w:left="312" w:hanging="312"/>
      </w:pPr>
      <w:r>
        <w:rPr>
          <w:b/>
        </w:rPr>
        <w:t xml:space="preserve">2. </w:t>
      </w:r>
      <w:r>
        <w:t>Zachęcanie mieszkańców Szczecinka i okolic do aktywnego spędzania wolnego czasu.</w:t>
      </w:r>
    </w:p>
    <w:p>
      <w:pPr>
        <w:ind w:left="312" w:hanging="312"/>
      </w:pPr>
      <w:r>
        <w:rPr>
          <w:b/>
        </w:rPr>
        <w:t xml:space="preserve">3. </w:t>
      </w:r>
      <w:r>
        <w:t>Integracja lokalnej społeczności poprzez wspólne uczestnictwo w wydarzeniu sportowo-rekreacyjnym.</w:t>
      </w:r>
    </w:p>
    <w:p>
      <w:pPr>
        <w:ind w:left="312" w:hanging="312"/>
      </w:pPr>
      <w:r>
        <w:rPr>
          <w:b/>
        </w:rPr>
        <w:t xml:space="preserve">4. </w:t>
      </w:r>
      <w:r>
        <w:t>Kultywowanie tradycji mikołajkowych i tworzenie świątecznej atmosfery.</w:t>
      </w:r>
    </w:p>
    <w:p>
      <w:pPr>
        <w:ind w:left="312" w:hanging="312"/>
      </w:pPr>
      <w:r>
        <w:rPr>
          <w:b/>
        </w:rPr>
        <w:t xml:space="preserve">5. </w:t>
      </w:r>
      <w:r>
        <w:t>Popularyzacja biegania oraz marszobiegów jako form aktywności fizycznej dostępnych dla osób w różnym wieku.</w:t>
      </w:r>
    </w:p>
    <w:p>
      <w:pPr>
        <w:ind w:left="312" w:hanging="312"/>
      </w:pPr>
      <w:r>
        <w:rPr>
          <w:b/>
        </w:rPr>
        <w:t xml:space="preserve">6. </w:t>
      </w:r>
      <w:r>
        <w:t>Promocja walorów turystycznych i przyrodniczych Szczecinka.</w:t>
      </w:r>
    </w:p>
    <w:p>
      <w:pPr>
        <w:ind w:left="312" w:hanging="312"/>
      </w:pPr>
      <w:r>
        <w:rPr>
          <w:b/>
        </w:rPr>
        <w:t xml:space="preserve">7. </w:t>
      </w:r>
      <w:r>
        <w:t>Połączenie sportu, dobrej zabawy i świątecznej atmosfery.</w:t>
      </w:r>
    </w:p>
    <w:p>
      <w:pPr>
        <w:pStyle w:val="Heading1"/>
      </w:pPr>
      <w:r>
        <w:t>II. ZASADY BIEGU</w:t>
      </w:r>
    </w:p>
    <w:p>
      <w:pPr>
        <w:ind w:left="312" w:hanging="312"/>
      </w:pPr>
      <w:r>
        <w:rPr>
          <w:b/>
        </w:rPr>
        <w:t xml:space="preserve">1. </w:t>
      </w:r>
      <w:r>
        <w:t>I Szczecinecki Bieg Mikołajów jest wydarzeniem sportowo-rekreacyjnym organizowanym 6 grudnia 2026 r.</w:t>
      </w:r>
    </w:p>
    <w:p>
      <w:pPr>
        <w:ind w:left="312" w:hanging="312"/>
      </w:pPr>
      <w:r>
        <w:rPr>
          <w:b/>
        </w:rPr>
        <w:t xml:space="preserve">2. </w:t>
      </w:r>
      <w:r>
        <w:t>Start zawodów odbędzie się o godz. 11:00 na terenie Ośrodka Sportu i Rekreacji w Szczecinku.</w:t>
      </w:r>
    </w:p>
    <w:p>
      <w:pPr>
        <w:ind w:left="312" w:hanging="312"/>
      </w:pPr>
      <w:r>
        <w:rPr>
          <w:b/>
        </w:rPr>
        <w:t xml:space="preserve">3. </w:t>
      </w:r>
      <w:r>
        <w:t>Trasa przebiega przez Park Miejski w Szczecinku, zgodnie z oznakowaniem przygotowanym przez organizatora.</w:t>
      </w:r>
    </w:p>
    <w:p>
      <w:pPr>
        <w:ind w:left="312" w:hanging="312"/>
      </w:pPr>
      <w:r>
        <w:rPr>
          <w:b/>
        </w:rPr>
        <w:t xml:space="preserve">4. </w:t>
      </w:r>
      <w:r>
        <w:t>Uczestnicy wybierają jeden z dwóch dystansów: 2,5 km – marszobieg lub 5 km – bieg.</w:t>
      </w:r>
    </w:p>
    <w:p>
      <w:pPr>
        <w:ind w:left="312" w:hanging="312"/>
      </w:pPr>
      <w:r>
        <w:rPr>
          <w:b/>
        </w:rPr>
        <w:t xml:space="preserve">5. </w:t>
      </w:r>
      <w:r>
        <w:t>Każdy uczestnik otrzyma w pakiecie startowym strój Świętego Mikołaja.</w:t>
      </w:r>
    </w:p>
    <w:p>
      <w:pPr>
        <w:ind w:left="312" w:hanging="312"/>
      </w:pPr>
      <w:r>
        <w:rPr>
          <w:b/>
        </w:rPr>
        <w:t xml:space="preserve">6. </w:t>
      </w:r>
      <w:r>
        <w:t>Warunkiem udziału w wydarzeniu jest obowiązkowe założenie stroju Świętego Mikołaja otrzymanego od organizatora.</w:t>
      </w:r>
    </w:p>
    <w:p>
      <w:pPr>
        <w:ind w:left="312" w:hanging="312"/>
      </w:pPr>
      <w:r>
        <w:rPr>
          <w:b/>
        </w:rPr>
        <w:t xml:space="preserve">7. </w:t>
      </w:r>
      <w:r>
        <w:t>Uczestnicy zobowiązani są do pokonania wyznaczonej trasy oraz przestrzegania poleceń organizatora i wolontariuszy.</w:t>
      </w:r>
    </w:p>
    <w:p>
      <w:pPr>
        <w:ind w:left="312" w:hanging="312"/>
      </w:pPr>
      <w:r>
        <w:rPr>
          <w:b/>
        </w:rPr>
        <w:t xml:space="preserve">8. </w:t>
      </w:r>
      <w:r>
        <w:t>Na mecie każdy uczestnik, który ukończy wybrany dystans, otrzyma pamiątkowy medal Świętego Mikołaja.</w:t>
      </w:r>
    </w:p>
    <w:p>
      <w:pPr>
        <w:ind w:left="312" w:hanging="312"/>
      </w:pPr>
      <w:r>
        <w:rPr>
          <w:b/>
        </w:rPr>
        <w:t xml:space="preserve">9. </w:t>
      </w:r>
      <w:r>
        <w:t>Dla trzech najlepszych kobiet i trzech najlepszych mężczyzn na dystansie 5 km przewidziane są nagrody niespodzianki.</w:t>
      </w:r>
    </w:p>
    <w:p>
      <w:pPr>
        <w:ind w:left="312" w:hanging="312"/>
      </w:pPr>
      <w:r>
        <w:rPr>
          <w:b/>
        </w:rPr>
        <w:t xml:space="preserve">10. </w:t>
      </w:r>
      <w:r>
        <w:t>Marszobieg na dystansie 2,5 km ma charakter rekreacyjny, bez klasyfikacji sportowej.</w:t>
      </w:r>
    </w:p>
    <w:p>
      <w:pPr>
        <w:pStyle w:val="Heading1"/>
      </w:pPr>
      <w:r>
        <w:t>III. ORGANIZATORZY</w:t>
      </w:r>
    </w:p>
    <w:p>
      <w:r>
        <w:rPr>
          <w:b w:val="0"/>
        </w:rPr>
        <w:t>Organizator: Stowarzyszenie Aktywne Pomorze, ul. Wyszyńskiego 65, 78-400 Szczecinek.</w:t>
      </w:r>
    </w:p>
    <w:p>
      <w:r>
        <w:rPr>
          <w:b w:val="0"/>
        </w:rPr>
        <w:t>Telefon kontaktowy: 509 497 164. Facebook: Rozbiegany Szczecinek.</w:t>
      </w:r>
    </w:p>
    <w:p>
      <w:r>
        <w:rPr>
          <w:b w:val="0"/>
        </w:rPr>
        <w:t>Współorganizatorzy: Ośrodek Sportu i Rekreacji w Szczecinku oraz Miasto Szczecinek.</w:t>
      </w:r>
    </w:p>
    <w:p>
      <w:pPr>
        <w:pStyle w:val="Heading1"/>
      </w:pPr>
      <w:r>
        <w:t>IV. UCZESTNICTWO</w:t>
      </w:r>
    </w:p>
    <w:p>
      <w:pPr>
        <w:ind w:left="312" w:hanging="312"/>
      </w:pPr>
      <w:r>
        <w:rPr>
          <w:b/>
        </w:rPr>
        <w:t xml:space="preserve">1. </w:t>
      </w:r>
      <w:r>
        <w:t>W zawodach mogą uczestniczyć osoby dorosłe, młodzież oraz dzieci.</w:t>
      </w:r>
    </w:p>
    <w:p>
      <w:pPr>
        <w:ind w:left="312" w:hanging="312"/>
      </w:pPr>
      <w:r>
        <w:rPr>
          <w:b/>
        </w:rPr>
        <w:t xml:space="preserve">2. </w:t>
      </w:r>
      <w:r>
        <w:t>Osoby niepełnoletnie mogą uczestniczyć w wydarzeniu za zgodą rodzica lub opiekuna prawnego. Zasady ewentualnego obowiązkowego udziału opiekuna zostaną określone przez organizatora przed rozpoczęciem zapisów.</w:t>
      </w:r>
    </w:p>
    <w:p>
      <w:pPr>
        <w:ind w:left="312" w:hanging="312"/>
      </w:pPr>
      <w:r>
        <w:rPr>
          <w:b/>
        </w:rPr>
        <w:t xml:space="preserve">3. </w:t>
      </w:r>
      <w:r>
        <w:t>Każdy uczestnik zobowiązany jest do dokonania zgłoszenia, zaakceptowania niniejszego regulaminu oraz uiszczenia opłaty startowej.</w:t>
      </w:r>
    </w:p>
    <w:p>
      <w:pPr>
        <w:ind w:left="312" w:hanging="312"/>
      </w:pPr>
      <w:r>
        <w:rPr>
          <w:b/>
        </w:rPr>
        <w:t xml:space="preserve">4. </w:t>
      </w:r>
      <w:r>
        <w:t>Warunkiem dopuszczenia do startu jest odebranie pakietu startowego i założenie stroju Świętego Mikołaja.</w:t>
      </w:r>
    </w:p>
    <w:p>
      <w:pPr>
        <w:ind w:left="312" w:hanging="312"/>
      </w:pPr>
      <w:r>
        <w:rPr>
          <w:b/>
        </w:rPr>
        <w:t xml:space="preserve">5. </w:t>
      </w:r>
      <w:r>
        <w:t>Uczestnik powinien ocenić swój stan zdrowia i możliwości fizyczne przed rozpoczęciem biegu.</w:t>
      </w:r>
    </w:p>
    <w:p>
      <w:pPr>
        <w:ind w:left="312" w:hanging="312"/>
      </w:pPr>
      <w:r>
        <w:rPr>
          <w:b/>
        </w:rPr>
        <w:t xml:space="preserve">6. </w:t>
      </w:r>
      <w:r>
        <w:t>Uczestnicy zobowiązani są do przestrzegania zasad bezpieczeństwa oraz poleceń służb porządkowych.</w:t>
      </w:r>
    </w:p>
    <w:p>
      <w:pPr>
        <w:ind w:left="312" w:hanging="312"/>
      </w:pPr>
      <w:r>
        <w:rPr>
          <w:b/>
        </w:rPr>
        <w:t xml:space="preserve">7. </w:t>
      </w:r>
      <w:r>
        <w:t>Każdy uczestnik bierze udział w wybranym dystansie zgodnie ze swoimi możliwościami fizycznymi.</w:t>
      </w:r>
    </w:p>
    <w:p>
      <w:pPr>
        <w:pStyle w:val="Heading1"/>
      </w:pPr>
      <w:r>
        <w:t>V. ZASADY ZAPISÓW</w:t>
      </w:r>
    </w:p>
    <w:p>
      <w:pPr>
        <w:ind w:left="312" w:hanging="312"/>
      </w:pPr>
      <w:r>
        <w:rPr>
          <w:b/>
        </w:rPr>
        <w:t xml:space="preserve">1. </w:t>
      </w:r>
      <w:r>
        <w:t>Zapisy odbywają się drogą internetową na stronach www.rozbiegany.szczecinek.pl lub foxter.pl.</w:t>
      </w:r>
    </w:p>
    <w:p>
      <w:pPr>
        <w:ind w:left="312" w:hanging="312"/>
      </w:pPr>
      <w:r>
        <w:rPr>
          <w:b/>
        </w:rPr>
        <w:t xml:space="preserve">2. </w:t>
      </w:r>
      <w:r>
        <w:t>Warunkiem zgłoszenia jest prawidłowe wypełnienie formularza rejestracyjnego.</w:t>
      </w:r>
    </w:p>
    <w:p>
      <w:pPr>
        <w:ind w:left="312" w:hanging="312"/>
      </w:pPr>
      <w:r>
        <w:rPr>
          <w:b/>
        </w:rPr>
        <w:t xml:space="preserve">3. </w:t>
      </w:r>
      <w:r>
        <w:t>Po dokonaniu rejestracji uczestnik otrzyma informację dotyczącą płatności.</w:t>
      </w:r>
    </w:p>
    <w:p>
      <w:pPr>
        <w:ind w:left="312" w:hanging="312"/>
      </w:pPr>
      <w:r>
        <w:rPr>
          <w:b/>
        </w:rPr>
        <w:t xml:space="preserve">4. </w:t>
      </w:r>
      <w:r>
        <w:t>Potwierdzeniem uczestnictwa jest zaksięgowanie opłaty startowej w wysokości 85 zł.</w:t>
      </w:r>
    </w:p>
    <w:p>
      <w:pPr>
        <w:ind w:left="312" w:hanging="312"/>
      </w:pPr>
      <w:r>
        <w:rPr>
          <w:b/>
        </w:rPr>
        <w:t xml:space="preserve">5. </w:t>
      </w:r>
      <w:r>
        <w:t>O przyznaniu miejsca na liście startowej decyduje termin dokonania płatności, a nie samo wypełnienie formularza.</w:t>
      </w:r>
    </w:p>
    <w:p>
      <w:pPr>
        <w:ind w:left="312" w:hanging="312"/>
      </w:pPr>
      <w:r>
        <w:rPr>
          <w:b/>
        </w:rPr>
        <w:t xml:space="preserve">6. </w:t>
      </w:r>
      <w:r>
        <w:t>Limit uczestników wynosi 100 osób, łącznie na obu dystansach.</w:t>
      </w:r>
    </w:p>
    <w:p>
      <w:pPr>
        <w:ind w:left="312" w:hanging="312"/>
      </w:pPr>
      <w:r>
        <w:rPr>
          <w:b/>
        </w:rPr>
        <w:t xml:space="preserve">7. </w:t>
      </w:r>
      <w:r>
        <w:t>Po osiągnięciu limitu 100 opłaconych zgłoszeń rejestracja zostanie zamknięta.</w:t>
      </w:r>
    </w:p>
    <w:p>
      <w:pPr>
        <w:ind w:left="312" w:hanging="312"/>
      </w:pPr>
      <w:r>
        <w:rPr>
          <w:b/>
        </w:rPr>
        <w:t xml:space="preserve">8. </w:t>
      </w:r>
      <w:r>
        <w:t>Zapisy trwają do 22 listopada 2026 r., chyba że limit miejsc zostanie wyczerpany wcześniej.</w:t>
      </w:r>
    </w:p>
    <w:p>
      <w:pPr>
        <w:ind w:left="312" w:hanging="312"/>
      </w:pPr>
      <w:r>
        <w:rPr>
          <w:b/>
        </w:rPr>
        <w:t xml:space="preserve">9. </w:t>
      </w:r>
      <w:r>
        <w:t>Organizator zastrzega sobie możliwość wcześniejszego zakończenia zapisów w przypadku wyczerpania limitu miejsc.</w:t>
      </w:r>
    </w:p>
    <w:p>
      <w:pPr>
        <w:pStyle w:val="Heading1"/>
      </w:pPr>
      <w:r>
        <w:t>VI. OPŁATA STARTOWA</w:t>
      </w:r>
    </w:p>
    <w:p>
      <w:pPr>
        <w:ind w:left="312" w:hanging="312"/>
      </w:pPr>
      <w:r>
        <w:rPr>
          <w:b/>
        </w:rPr>
        <w:t xml:space="preserve">1. </w:t>
      </w:r>
      <w:r>
        <w:t>Opłata startowa wynosi 85 zł od uczestnika.</w:t>
      </w:r>
    </w:p>
    <w:p>
      <w:pPr>
        <w:ind w:left="312" w:hanging="312"/>
      </w:pPr>
      <w:r>
        <w:rPr>
          <w:b/>
        </w:rPr>
        <w:t xml:space="preserve">2. </w:t>
      </w:r>
      <w:r>
        <w:t>Opłata jest jednakowa dla obu dystansów: 2,5 km – marszobieg oraz 5 km – bieg.</w:t>
      </w:r>
    </w:p>
    <w:p>
      <w:pPr>
        <w:ind w:left="312" w:hanging="312"/>
      </w:pPr>
      <w:r>
        <w:rPr>
          <w:b/>
        </w:rPr>
        <w:t xml:space="preserve">3. </w:t>
      </w:r>
      <w:r>
        <w:t>Opłata startowa obejmuje udział w wydarzeniu oraz pakiet startowy.</w:t>
      </w:r>
    </w:p>
    <w:p>
      <w:pPr>
        <w:ind w:left="312" w:hanging="312"/>
      </w:pPr>
      <w:r>
        <w:rPr>
          <w:b/>
        </w:rPr>
        <w:t xml:space="preserve">4. </w:t>
      </w:r>
      <w:r>
        <w:t>Opłaty należy dokonać zgodnie z instrukcją otrzymaną podczas rejestracji.</w:t>
      </w:r>
    </w:p>
    <w:p>
      <w:pPr>
        <w:ind w:left="312" w:hanging="312"/>
      </w:pPr>
      <w:r>
        <w:rPr>
          <w:b/>
        </w:rPr>
        <w:t xml:space="preserve">5. </w:t>
      </w:r>
      <w:r>
        <w:t>Samo zgłoszenie bez dokonania wymaganej płatności nie gwarantuje miejsca na liście startowej.</w:t>
      </w:r>
    </w:p>
    <w:p>
      <w:pPr>
        <w:ind w:left="312" w:hanging="312"/>
      </w:pPr>
      <w:r>
        <w:rPr>
          <w:b/>
        </w:rPr>
        <w:t xml:space="preserve">6. </w:t>
      </w:r>
      <w:r>
        <w:t>Szczegółowe zasady ewentualnych rezygnacji, zwrotów lub przeniesienia pakietu zostaną określone przez organizatora i udostępnione uczestnikom przed rozpoczęciem zapisów.</w:t>
      </w:r>
    </w:p>
    <w:p>
      <w:pPr>
        <w:pStyle w:val="Heading1"/>
      </w:pPr>
      <w:r>
        <w:t>VII. ŚWIADCZENIA I PAKIET STARTOWY</w:t>
      </w:r>
    </w:p>
    <w:p>
      <w:pPr>
        <w:ind w:left="312" w:hanging="312"/>
      </w:pPr>
      <w:r>
        <w:rPr>
          <w:b/>
        </w:rPr>
        <w:t xml:space="preserve">1. </w:t>
      </w:r>
      <w:r>
        <w:t>W ramach opłaty startowej w wysokości 85 zł każdy uczestnik otrzymuje strój Świętego Mikołaja, obowiązkowy podczas całego biegu lub marszobiegu.</w:t>
      </w:r>
    </w:p>
    <w:p>
      <w:pPr>
        <w:ind w:left="312" w:hanging="312"/>
      </w:pPr>
      <w:r>
        <w:rPr>
          <w:b/>
        </w:rPr>
        <w:t xml:space="preserve">2. </w:t>
      </w:r>
      <w:r>
        <w:t>Każdy uczestnik, który ukończy wybrany dystans, otrzyma na mecie pamiątkowy medal Świętego Mikołaja.</w:t>
      </w:r>
    </w:p>
    <w:p>
      <w:pPr>
        <w:ind w:left="312" w:hanging="312"/>
      </w:pPr>
      <w:r>
        <w:rPr>
          <w:b/>
        </w:rPr>
        <w:t xml:space="preserve">3. </w:t>
      </w:r>
      <w:r>
        <w:t>Każdy uczestnik otrzymuje numer startowy uprawniający do udziału w wydarzeniu.</w:t>
      </w:r>
    </w:p>
    <w:p>
      <w:pPr>
        <w:ind w:left="312" w:hanging="312"/>
      </w:pPr>
      <w:r>
        <w:rPr>
          <w:b/>
        </w:rPr>
        <w:t xml:space="preserve">4. </w:t>
      </w:r>
      <w:r>
        <w:t>Opłata obejmuje możliwość udziału w wydarzeniu sportowo-rekreacyjnym organizowanym z okazji Mikołajek.</w:t>
      </w:r>
    </w:p>
    <w:p>
      <w:pPr>
        <w:ind w:left="312" w:hanging="312"/>
      </w:pPr>
      <w:r>
        <w:rPr>
          <w:b/>
        </w:rPr>
        <w:t xml:space="preserve">5. </w:t>
      </w:r>
      <w:r>
        <w:t>Dla trzech najlepszych kobiet i trzech najlepszych mężczyzn na dystansie 5 km przygotowane zostaną nagrody niespodzianki.</w:t>
      </w:r>
    </w:p>
    <w:p>
      <w:pPr>
        <w:pStyle w:val="Heading1"/>
      </w:pPr>
      <w:r>
        <w:t>VIII. PAKIETY STARTOWE I GODZINY STARTU</w:t>
      </w:r>
    </w:p>
    <w:p>
      <w:pPr>
        <w:ind w:left="312" w:hanging="312"/>
      </w:pPr>
      <w:r>
        <w:rPr>
          <w:b/>
        </w:rPr>
        <w:t xml:space="preserve">1. </w:t>
      </w:r>
      <w:r>
        <w:t>Pakiety startowe będą wydawane w dniu zawodów, 6 grudnia 2026 r., na terenie Ośrodka Sportu i Rekreacji w Szczecinku.</w:t>
      </w:r>
    </w:p>
    <w:p>
      <w:pPr>
        <w:ind w:left="312" w:hanging="312"/>
      </w:pPr>
      <w:r>
        <w:rPr>
          <w:b/>
        </w:rPr>
        <w:t xml:space="preserve">2. </w:t>
      </w:r>
      <w:r>
        <w:t>Odbiór pakietów startowych możliwy będzie najpóźniej do godz. 10:30.</w:t>
      </w:r>
    </w:p>
    <w:p>
      <w:pPr>
        <w:ind w:left="312" w:hanging="312"/>
      </w:pPr>
      <w:r>
        <w:rPr>
          <w:b/>
        </w:rPr>
        <w:t xml:space="preserve">3. </w:t>
      </w:r>
      <w:r>
        <w:t>Każdy uczestnik zobowiązany jest do odebrania pakietu przed zakończeniem pracy biura zawodów.</w:t>
      </w:r>
    </w:p>
    <w:p>
      <w:pPr>
        <w:ind w:left="312" w:hanging="312"/>
      </w:pPr>
      <w:r>
        <w:rPr>
          <w:b/>
        </w:rPr>
        <w:t xml:space="preserve">4. </w:t>
      </w:r>
      <w:r>
        <w:t>W skład pakietu wydawanego przed startem wchodzą strój Świętego Mikołaja oraz numer startowy. Medal uczestnik otrzyma na mecie po ukończeniu wybranego dystansu.</w:t>
      </w:r>
    </w:p>
    <w:p>
      <w:pPr>
        <w:ind w:left="312" w:hanging="312"/>
      </w:pPr>
      <w:r>
        <w:rPr>
          <w:b/>
        </w:rPr>
        <w:t xml:space="preserve">5. </w:t>
      </w:r>
      <w:r>
        <w:t>Uczestnik zobowiązany jest do założenia otrzymanego stroju Świętego Mikołaja przed rozpoczęciem biegu lub marszobiegu.</w:t>
      </w:r>
    </w:p>
    <w:p>
      <w:pPr>
        <w:ind w:left="312" w:hanging="312"/>
      </w:pPr>
      <w:r>
        <w:rPr>
          <w:b/>
        </w:rPr>
        <w:t xml:space="preserve">6. </w:t>
      </w:r>
      <w:r>
        <w:t>Start zawodów odbędzie się 6 grudnia 2026 r. o godz. 11:00.</w:t>
      </w:r>
    </w:p>
    <w:p>
      <w:pPr>
        <w:ind w:left="312" w:hanging="312"/>
      </w:pPr>
      <w:r>
        <w:rPr>
          <w:b/>
        </w:rPr>
        <w:t xml:space="preserve">7. </w:t>
      </w:r>
      <w:r>
        <w:t>Start obu dystansów zaplanowano na godz. 11:00. W przypadku konieczności rozdzielenia startów organizator poinformuje uczestników.</w:t>
      </w:r>
    </w:p>
    <w:p>
      <w:pPr>
        <w:ind w:left="312" w:hanging="312"/>
      </w:pPr>
      <w:r>
        <w:rPr>
          <w:b/>
        </w:rPr>
        <w:t xml:space="preserve">8. </w:t>
      </w:r>
      <w:r>
        <w:t>Organizator zaleca przybycie na miejsce odpowiednio wcześniej w celu odbioru pakietu i przygotowania się do startu.</w:t>
      </w:r>
    </w:p>
    <w:p>
      <w:pPr>
        <w:pStyle w:val="Heading1"/>
      </w:pPr>
      <w:r>
        <w:t>IX. NAGRODY I KLASYFIKACJA</w:t>
      </w:r>
    </w:p>
    <w:p>
      <w:pPr>
        <w:ind w:left="312" w:hanging="312"/>
      </w:pPr>
      <w:r>
        <w:rPr>
          <w:b/>
        </w:rPr>
        <w:t xml:space="preserve">1. </w:t>
      </w:r>
      <w:r>
        <w:t>Każdy uczestnik, który ukończy dystans 2,5 km lub 5 km, otrzyma pamiątkowy medal Świętego Mikołaja.</w:t>
      </w:r>
    </w:p>
    <w:p>
      <w:pPr>
        <w:ind w:left="312" w:hanging="312"/>
      </w:pPr>
      <w:r>
        <w:rPr>
          <w:b/>
        </w:rPr>
        <w:t xml:space="preserve">2. </w:t>
      </w:r>
      <w:r>
        <w:t>Na dystansie 5 km prowadzona będzie klasyfikacja generalna z podziałem na kobiety i mężczyzn.</w:t>
      </w:r>
    </w:p>
    <w:p>
      <w:pPr>
        <w:ind w:left="312" w:hanging="312"/>
      </w:pPr>
      <w:r>
        <w:rPr>
          <w:b/>
        </w:rPr>
        <w:t xml:space="preserve">3. </w:t>
      </w:r>
      <w:r>
        <w:t>Uroczysta dekoracja obejmie miejsca I, II i III w kategorii kobiet oraz miejsca I, II i III w kategorii mężczyzn. Każda z sześciu dekorowanych osób otrzyma nagrodę niespodziankę.</w:t>
      </w:r>
    </w:p>
    <w:p>
      <w:pPr>
        <w:ind w:left="312" w:hanging="312"/>
      </w:pPr>
      <w:r>
        <w:rPr>
          <w:b/>
        </w:rPr>
        <w:t xml:space="preserve">4. </w:t>
      </w:r>
      <w:r>
        <w:t>O kolejności miejsc decyduje wynik uzyskany na wyznaczonej trasie biegu na dystansie 5 km.</w:t>
      </w:r>
    </w:p>
    <w:p>
      <w:pPr>
        <w:ind w:left="312" w:hanging="312"/>
      </w:pPr>
      <w:r>
        <w:rPr>
          <w:b/>
        </w:rPr>
        <w:t xml:space="preserve">5. </w:t>
      </w:r>
      <w:r>
        <w:t>Dystans 2,5 km ma charakter rekreacyjny i nie przewiduje klasyfikacji sportowej ani dekoracji za zajęte miejsca.</w:t>
      </w:r>
    </w:p>
    <w:p>
      <w:pPr>
        <w:ind w:left="312" w:hanging="312"/>
      </w:pPr>
      <w:r>
        <w:rPr>
          <w:b/>
        </w:rPr>
        <w:t xml:space="preserve">6. </w:t>
      </w:r>
      <w:r>
        <w:t>Główną ideą wydarzenia jest wspólna zabawa, aktywność fizyczna oraz integracja uczestników w atmosferze Mikołajek.</w:t>
      </w:r>
    </w:p>
    <w:p>
      <w:pPr>
        <w:pStyle w:val="Heading1"/>
      </w:pPr>
      <w:r>
        <w:t>X. BEZPIECZEŃSTWO</w:t>
      </w:r>
    </w:p>
    <w:p>
      <w:pPr>
        <w:ind w:left="312" w:hanging="312"/>
      </w:pPr>
      <w:r>
        <w:rPr>
          <w:b/>
        </w:rPr>
        <w:t xml:space="preserve">1. </w:t>
      </w:r>
      <w:r>
        <w:t>Uczestnicy zobowiązani są do zachowania ostrożności podczas poruszania się po trasie.</w:t>
      </w:r>
    </w:p>
    <w:p>
      <w:pPr>
        <w:ind w:left="312" w:hanging="312"/>
      </w:pPr>
      <w:r>
        <w:rPr>
          <w:b/>
        </w:rPr>
        <w:t xml:space="preserve">2. </w:t>
      </w:r>
      <w:r>
        <w:t>Uczestnicy muszą stosować się do poleceń organizatora, wolontariuszy oraz służb zabezpieczających wydarzenie.</w:t>
      </w:r>
    </w:p>
    <w:p>
      <w:pPr>
        <w:ind w:left="312" w:hanging="312"/>
      </w:pPr>
      <w:r>
        <w:rPr>
          <w:b/>
        </w:rPr>
        <w:t xml:space="preserve">3. </w:t>
      </w:r>
      <w:r>
        <w:t>Zabrania się skracania wyznaczonej trasy.</w:t>
      </w:r>
    </w:p>
    <w:p>
      <w:pPr>
        <w:ind w:left="312" w:hanging="312"/>
      </w:pPr>
      <w:r>
        <w:rPr>
          <w:b/>
        </w:rPr>
        <w:t xml:space="preserve">4. </w:t>
      </w:r>
      <w:r>
        <w:t>Osoby, które nie ukończą biegu lub zrezygnują z dalszego udziału, zobowiązane są do poinformowania organizatora lub obsługi trasy.</w:t>
      </w:r>
    </w:p>
    <w:p>
      <w:pPr>
        <w:ind w:left="312" w:hanging="312"/>
      </w:pPr>
      <w:r>
        <w:rPr>
          <w:b/>
        </w:rPr>
        <w:t xml:space="preserve">5. </w:t>
      </w:r>
      <w:r>
        <w:t>W przypadku złego samopoczucia należy przerwać udział i zgłosić potrzebę pomocy.</w:t>
      </w:r>
    </w:p>
    <w:p>
      <w:pPr>
        <w:ind w:left="312" w:hanging="312"/>
      </w:pPr>
      <w:r>
        <w:rPr>
          <w:b/>
        </w:rPr>
        <w:t xml:space="preserve">6. </w:t>
      </w:r>
      <w:r>
        <w:t>Organizator zapewni zabezpieczenie medyczne wydarzenia odpowiednie do jego charakteru.</w:t>
      </w:r>
    </w:p>
    <w:p>
      <w:pPr>
        <w:ind w:left="312" w:hanging="312"/>
      </w:pPr>
      <w:r>
        <w:rPr>
          <w:b/>
        </w:rPr>
        <w:t xml:space="preserve">7. </w:t>
      </w:r>
      <w:r>
        <w:t>Organizator zastrzega sobie prawo do zmiany trasy, godziny rozpoczęcia lub odwołania wydarzenia w przypadku wystąpienia warunków zagrażających bezpieczeństwu uczestników.</w:t>
      </w:r>
    </w:p>
    <w:p>
      <w:pPr>
        <w:pStyle w:val="Heading1"/>
      </w:pPr>
      <w:r>
        <w:t>XI. DEPOZYT I ZAPLECZE SANITARNE</w:t>
      </w:r>
    </w:p>
    <w:p>
      <w:pPr>
        <w:ind w:left="312" w:hanging="312"/>
      </w:pPr>
      <w:r>
        <w:rPr>
          <w:b/>
        </w:rPr>
        <w:t xml:space="preserve">1. </w:t>
      </w:r>
      <w:r>
        <w:t>Uczestnicy będą mogli korzystać z dostępnego zaplecza sanitarnego na terenie OSiR.</w:t>
      </w:r>
    </w:p>
    <w:p>
      <w:pPr>
        <w:ind w:left="312" w:hanging="312"/>
      </w:pPr>
      <w:r>
        <w:rPr>
          <w:b/>
        </w:rPr>
        <w:t xml:space="preserve">2. </w:t>
      </w:r>
      <w:r>
        <w:t>Informacje dotyczące dostępności przebieralni oraz ewentualnego depozytu zostaną podane przed wydarzeniem.</w:t>
      </w:r>
    </w:p>
    <w:p>
      <w:pPr>
        <w:ind w:left="312" w:hanging="312"/>
      </w:pPr>
      <w:r>
        <w:rPr>
          <w:b/>
        </w:rPr>
        <w:t xml:space="preserve">3. </w:t>
      </w:r>
      <w:r>
        <w:t>Uczestnicy zobowiązani są do odpowiedniego zabezpieczenia swoich rzeczy osobistych.</w:t>
      </w:r>
    </w:p>
    <w:p>
      <w:pPr>
        <w:ind w:left="312" w:hanging="312"/>
      </w:pPr>
      <w:r>
        <w:rPr>
          <w:b/>
        </w:rPr>
        <w:t xml:space="preserve">4. </w:t>
      </w:r>
      <w:r>
        <w:t>Zasady odpowiedzialności za rzeczy przekazane do ewentualnego depozytu zostaną określone przez organizatora.</w:t>
      </w:r>
    </w:p>
    <w:p>
      <w:pPr>
        <w:pStyle w:val="Heading1"/>
      </w:pPr>
      <w:r>
        <w:t>XII. OCHRONA DANYCH OSOBOWYCH</w:t>
      </w:r>
    </w:p>
    <w:p>
      <w:pPr>
        <w:ind w:left="312" w:hanging="312"/>
      </w:pPr>
      <w:r>
        <w:rPr>
          <w:b/>
        </w:rPr>
        <w:t xml:space="preserve">1. </w:t>
      </w:r>
      <w:r>
        <w:t>Dane osobowe uczestników będą przetwarzane w celu prawidłowej organizacji i przeprowadzenia I Szczecineckiego Biegu Mikołajów.</w:t>
      </w:r>
    </w:p>
    <w:p>
      <w:pPr>
        <w:ind w:left="312" w:hanging="312"/>
      </w:pPr>
      <w:r>
        <w:rPr>
          <w:b/>
        </w:rPr>
        <w:t xml:space="preserve">2. </w:t>
      </w:r>
      <w:r>
        <w:t>Dane mogą być wykorzystywane w zakresie niezbędnym do obsługi zgłoszeń, identyfikacji uczestników, przygotowania list startowych, klasyfikacji i realizacji obowiązków prawnych.</w:t>
      </w:r>
    </w:p>
    <w:p>
      <w:pPr>
        <w:ind w:left="312" w:hanging="312"/>
      </w:pPr>
      <w:r>
        <w:rPr>
          <w:b/>
        </w:rPr>
        <w:t xml:space="preserve">3. </w:t>
      </w:r>
      <w:r>
        <w:t>Szczegółowe informacje dotyczące administratora danych, podstaw prawnych przetwarzania, okresów przechowywania danych i praw uczestników zostaną udostępnione w klauzuli informacyjnej RODO.</w:t>
      </w:r>
    </w:p>
    <w:p>
      <w:pPr>
        <w:ind w:left="312" w:hanging="312"/>
      </w:pPr>
      <w:r>
        <w:rPr>
          <w:b/>
        </w:rPr>
        <w:t xml:space="preserve">4. </w:t>
      </w:r>
      <w:r>
        <w:t>Dane uczestników będą przetwarzane zgodnie z obowiązującymi przepisami o ochronie danych osobowych.</w:t>
      </w:r>
    </w:p>
    <w:p>
      <w:pPr>
        <w:pStyle w:val="Heading1"/>
      </w:pPr>
      <w:r>
        <w:t>XIII. OCHRONA WIZERUNKU</w:t>
      </w:r>
    </w:p>
    <w:p>
      <w:pPr>
        <w:ind w:left="312" w:hanging="312"/>
      </w:pPr>
      <w:r>
        <w:rPr>
          <w:b/>
        </w:rPr>
        <w:t xml:space="preserve">1. </w:t>
      </w:r>
      <w:r>
        <w:t>Podczas wydarzenia mogą być wykonywane fotografie i nagrania filmowe dokumentujące jego przebieg.</w:t>
      </w:r>
    </w:p>
    <w:p>
      <w:pPr>
        <w:ind w:left="312" w:hanging="312"/>
      </w:pPr>
      <w:r>
        <w:rPr>
          <w:b/>
        </w:rPr>
        <w:t xml:space="preserve">2. </w:t>
      </w:r>
      <w:r>
        <w:t>Materiały mogą być publikowane na stronach internetowych organizatora i współorganizatorów, w mediach społecznościowych, prasie oraz relacjach z wydarzenia, zgodnie z obowiązującymi przepisami.</w:t>
      </w:r>
    </w:p>
    <w:p>
      <w:pPr>
        <w:ind w:left="312" w:hanging="312"/>
      </w:pPr>
      <w:r>
        <w:rPr>
          <w:b/>
        </w:rPr>
        <w:t xml:space="preserve">3. </w:t>
      </w:r>
      <w:r>
        <w:t>W przypadkach wymagających odrębnej zgody na rozpowszechnianie wizerunku organizator uzyska odpowiednią zgodę uczestnika lub jego przedstawiciela ustawowego.</w:t>
      </w:r>
    </w:p>
    <w:p>
      <w:pPr>
        <w:pStyle w:val="Heading1"/>
      </w:pPr>
      <w:r>
        <w:t>XIV. POSTANOWIENIA KOŃCOWE</w:t>
      </w:r>
    </w:p>
    <w:p>
      <w:pPr>
        <w:ind w:left="312" w:hanging="312"/>
      </w:pPr>
      <w:r>
        <w:rPr>
          <w:b/>
        </w:rPr>
        <w:t xml:space="preserve">1. </w:t>
      </w:r>
      <w:r>
        <w:t>Każdy uczestnik zobowiązany jest do zapoznania się z niniejszym regulaminem przed dokonaniem zgłoszenia.</w:t>
      </w:r>
    </w:p>
    <w:p>
      <w:pPr>
        <w:ind w:left="312" w:hanging="312"/>
      </w:pPr>
      <w:r>
        <w:rPr>
          <w:b/>
        </w:rPr>
        <w:t xml:space="preserve">2. </w:t>
      </w:r>
      <w:r>
        <w:t>Zgłoszenie do biegu oznacza akceptację regulaminu.</w:t>
      </w:r>
    </w:p>
    <w:p>
      <w:pPr>
        <w:ind w:left="312" w:hanging="312"/>
      </w:pPr>
      <w:r>
        <w:rPr>
          <w:b/>
        </w:rPr>
        <w:t xml:space="preserve">3. </w:t>
      </w:r>
      <w:r>
        <w:t>Uczestnicy zobowiązani są do przestrzegania zasad bezpieczeństwa i stosowania się do poleceń organizatora.</w:t>
      </w:r>
    </w:p>
    <w:p>
      <w:pPr>
        <w:ind w:left="312" w:hanging="312"/>
      </w:pPr>
      <w:r>
        <w:rPr>
          <w:b/>
        </w:rPr>
        <w:t xml:space="preserve">4. </w:t>
      </w:r>
      <w:r>
        <w:t>Organizator zastrzega sobie prawo do wprowadzania uzasadnionych zmian w regulaminie, informując o tym uczestników.</w:t>
      </w:r>
    </w:p>
    <w:p>
      <w:pPr>
        <w:ind w:left="312" w:hanging="312"/>
      </w:pPr>
      <w:r>
        <w:rPr>
          <w:b/>
        </w:rPr>
        <w:t xml:space="preserve">5. </w:t>
      </w:r>
      <w:r>
        <w:t>W sprawach organizacyjnych nieuregulowanych niniejszym regulaminem decyzje podejmuje organizator, z uwzględnieniem obowiązujących przepisów prawa.</w:t>
      </w:r>
    </w:p>
    <w:p>
      <w:pPr>
        <w:ind w:left="312" w:hanging="312"/>
      </w:pPr>
      <w:r>
        <w:rPr>
          <w:b/>
        </w:rPr>
        <w:t xml:space="preserve">6. </w:t>
      </w:r>
      <w:r>
        <w:t>Celem wydarzenia jest połączenie sportowej aktywności, integracji lokalnej społeczności i wyjątkowej atmosfery Świąt Bożego Narodzenia.</w:t>
      </w:r>
    </w:p>
    <w:sectPr w:rsidR="00FC693F" w:rsidRPr="0006063C" w:rsidSect="00034616">
      <w:footerReference w:type="default" r:id="rId9"/>
      <w:pgSz w:w="12240" w:h="15840"/>
      <w:pgMar w:top="1191" w:right="1332" w:bottom="1077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I Szczecinecki Bieg Mikołajów • 6 grudnia 2026 r. • Szczecinek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D3D4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D3D4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